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11C" w:rsidRDefault="00F7527A">
      <w:pPr>
        <w:jc w:val="center"/>
      </w:pPr>
      <w:r>
        <w:rPr>
          <w:b/>
          <w:sz w:val="36"/>
        </w:rPr>
        <w:t>TOKAT DOĞAL LEZZETLER</w:t>
      </w:r>
    </w:p>
    <w:p w:rsidR="00D0111C" w:rsidRDefault="00F7527A">
      <w:pPr>
        <w:jc w:val="center"/>
      </w:pPr>
      <w:r>
        <w:rPr>
          <w:b/>
          <w:sz w:val="30"/>
        </w:rPr>
        <w:t>KVKK VERİ SORUMLUSUNA BAŞVURU FORMU</w:t>
      </w:r>
    </w:p>
    <w:p w:rsidR="00D0111C" w:rsidRDefault="00F7527A">
      <w:pPr>
        <w:jc w:val="center"/>
      </w:pPr>
      <w:r>
        <w:rPr>
          <w:i/>
        </w:rPr>
        <w:t>Güncelleme Tarihi: 18.09.2026</w:t>
      </w:r>
    </w:p>
    <w:p w:rsidR="00D0111C" w:rsidRDefault="00D0111C"/>
    <w:p w:rsidR="00D0111C" w:rsidRDefault="00F7527A">
      <w:r>
        <w:t xml:space="preserve">Bu form, 6698 sayılı Kişisel Verilerin Korunması Kanunu'nun 11 ve 13. maddeleri kapsamında, ilgili kişilerin veri sorumlusuna yöneltebilecekleri taleplerin alınması </w:t>
      </w:r>
      <w:r>
        <w:t>amacıyla hazırlanmıştır.</w:t>
      </w:r>
    </w:p>
    <w:p w:rsidR="00D0111C" w:rsidRDefault="00F7527A">
      <w:pPr>
        <w:pStyle w:val="Balk1"/>
      </w:pPr>
      <w:r>
        <w:t>1. Veri Sorumlusu Bilgileri</w:t>
      </w:r>
    </w:p>
    <w:p w:rsidR="00D0111C" w:rsidRDefault="00F7527A">
      <w:r>
        <w:t>Veri Sorumlusu: Mualla Kılınç</w:t>
      </w:r>
      <w:r>
        <w:br/>
        <w:t>İşletme: Tokat Doğal Lezzetler</w:t>
      </w:r>
      <w:r>
        <w:br/>
        <w:t>E-posta: tokatdogallezzetler@gmail.com</w:t>
      </w:r>
      <w:r>
        <w:br/>
        <w:t>Web sitesi: www.tokatdoğallezzetler</w:t>
      </w:r>
      <w:r w:rsidR="00415439">
        <w:t>.com</w:t>
      </w:r>
      <w:r w:rsidR="00415439">
        <w:br/>
        <w:t>Telefon: 05072145060</w:t>
      </w:r>
      <w:r>
        <w:br/>
      </w:r>
      <w:proofErr w:type="spellStart"/>
      <w:r>
        <w:t>Baş</w:t>
      </w:r>
      <w:r w:rsidR="00415439">
        <w:t>vuru</w:t>
      </w:r>
      <w:proofErr w:type="spellEnd"/>
      <w:r w:rsidR="00415439">
        <w:t xml:space="preserve"> </w:t>
      </w:r>
      <w:proofErr w:type="spellStart"/>
      <w:r w:rsidR="00415439">
        <w:t>Adresi</w:t>
      </w:r>
      <w:proofErr w:type="spellEnd"/>
      <w:r w:rsidR="00415439">
        <w:t xml:space="preserve">: </w:t>
      </w:r>
      <w:proofErr w:type="spellStart"/>
      <w:r w:rsidR="00415439" w:rsidRPr="00415439">
        <w:t>Yeşilırmak</w:t>
      </w:r>
      <w:proofErr w:type="spellEnd"/>
      <w:r w:rsidR="00415439" w:rsidRPr="00415439">
        <w:t xml:space="preserve"> </w:t>
      </w:r>
      <w:proofErr w:type="spellStart"/>
      <w:r w:rsidR="00415439" w:rsidRPr="00415439">
        <w:t>mahallesi</w:t>
      </w:r>
      <w:proofErr w:type="spellEnd"/>
      <w:r w:rsidR="00415439" w:rsidRPr="00415439">
        <w:t xml:space="preserve"> Bosna </w:t>
      </w:r>
      <w:proofErr w:type="spellStart"/>
      <w:r w:rsidR="00415439" w:rsidRPr="00415439">
        <w:t>Üçüncü</w:t>
      </w:r>
      <w:proofErr w:type="spellEnd"/>
      <w:r w:rsidR="00415439" w:rsidRPr="00415439">
        <w:t xml:space="preserve"> </w:t>
      </w:r>
      <w:proofErr w:type="spellStart"/>
      <w:r w:rsidR="00415439" w:rsidRPr="00415439">
        <w:t>Sokak</w:t>
      </w:r>
      <w:proofErr w:type="spellEnd"/>
      <w:r w:rsidR="00415439" w:rsidRPr="00415439">
        <w:t xml:space="preserve"> </w:t>
      </w:r>
      <w:proofErr w:type="spellStart"/>
      <w:r w:rsidR="00415439" w:rsidRPr="00415439">
        <w:t>Kültür</w:t>
      </w:r>
      <w:proofErr w:type="spellEnd"/>
      <w:r w:rsidR="00415439" w:rsidRPr="00415439">
        <w:t xml:space="preserve"> </w:t>
      </w:r>
      <w:proofErr w:type="spellStart"/>
      <w:r w:rsidR="00415439" w:rsidRPr="00415439">
        <w:t>apartmanı</w:t>
      </w:r>
      <w:proofErr w:type="spellEnd"/>
      <w:r w:rsidR="00415439" w:rsidRPr="00415439">
        <w:t xml:space="preserve"> no 18 kat:4 </w:t>
      </w:r>
      <w:proofErr w:type="spellStart"/>
      <w:r w:rsidR="00415439" w:rsidRPr="00415439">
        <w:t>daire</w:t>
      </w:r>
      <w:proofErr w:type="spellEnd"/>
      <w:r w:rsidR="00415439" w:rsidRPr="00415439">
        <w:t xml:space="preserve"> dokuz:9 </w:t>
      </w:r>
      <w:proofErr w:type="spellStart"/>
      <w:r w:rsidR="00415439" w:rsidRPr="00415439">
        <w:t>Tokat</w:t>
      </w:r>
      <w:proofErr w:type="spellEnd"/>
      <w:r w:rsidR="00415439" w:rsidRPr="00415439">
        <w:t>/</w:t>
      </w:r>
      <w:proofErr w:type="spellStart"/>
      <w:r w:rsidR="00415439" w:rsidRPr="00415439">
        <w:t>Merkez</w:t>
      </w:r>
      <w:proofErr w:type="spellEnd"/>
    </w:p>
    <w:p w:rsidR="00D0111C" w:rsidRDefault="00F7527A">
      <w:pPr>
        <w:pStyle w:val="Balk1"/>
      </w:pPr>
      <w:r>
        <w:t>2. Başvuru Sahibinin Bilgileri</w:t>
      </w:r>
    </w:p>
    <w:p w:rsidR="00D0111C" w:rsidRDefault="00F7527A">
      <w:r>
        <w:t>Ad Soyad: ______________________________________________</w:t>
      </w:r>
    </w:p>
    <w:p w:rsidR="00D0111C" w:rsidRDefault="00F7527A">
      <w:r>
        <w:t>T.C. Kimlik No: _________________________________________</w:t>
      </w:r>
    </w:p>
    <w:p w:rsidR="00D0111C" w:rsidRDefault="00F7527A">
      <w:r>
        <w:t>Tebligata Esas Adres: ____________________________________</w:t>
      </w:r>
      <w:r>
        <w:br/>
        <w:t>________________________________________________</w:t>
      </w:r>
      <w:r>
        <w:t>________</w:t>
      </w:r>
    </w:p>
    <w:p w:rsidR="00D0111C" w:rsidRDefault="00F7527A">
      <w:r>
        <w:t>E-posta: _________________________________________________</w:t>
      </w:r>
    </w:p>
    <w:p w:rsidR="00D0111C" w:rsidRDefault="00F7527A">
      <w:r>
        <w:t>Telefon: _________________________________________________</w:t>
      </w:r>
    </w:p>
    <w:p w:rsidR="00D0111C" w:rsidRDefault="00F7527A">
      <w:pPr>
        <w:pStyle w:val="Balk1"/>
      </w:pPr>
      <w:r>
        <w:t>3. Başvuru Konusu / Talep</w:t>
      </w:r>
    </w:p>
    <w:p w:rsidR="00D0111C" w:rsidRDefault="00F7527A">
      <w:r>
        <w:t>Lütfen aşağıdaki haklardan size uygun olanları işaretleyiniz:</w:t>
      </w:r>
    </w:p>
    <w:p w:rsidR="00D0111C" w:rsidRDefault="00F7527A">
      <w:r>
        <w:t>☐</w:t>
      </w:r>
      <w:r>
        <w:t xml:space="preserve"> Kişisel verilerimin işlenip işlenmediği</w:t>
      </w:r>
      <w:r>
        <w:t>ni öğrenmek istiyorum.</w:t>
      </w:r>
    </w:p>
    <w:p w:rsidR="00D0111C" w:rsidRDefault="00F7527A">
      <w:r>
        <w:t>☐</w:t>
      </w:r>
      <w:r>
        <w:t xml:space="preserve"> Kişisel verilerim işlenmişse buna ilişkin bilgi talep ediyorum.</w:t>
      </w:r>
    </w:p>
    <w:p w:rsidR="00D0111C" w:rsidRDefault="00F7527A">
      <w:r>
        <w:t>☐</w:t>
      </w:r>
      <w:r>
        <w:t xml:space="preserve"> Kişisel verilerimin işlenme amacını ve bunların amacına uygun kullanılıp kullanılmadığını öğrenmek istiyorum.</w:t>
      </w:r>
    </w:p>
    <w:p w:rsidR="00D0111C" w:rsidRDefault="00F7527A">
      <w:r>
        <w:t>☐</w:t>
      </w:r>
      <w:r>
        <w:t xml:space="preserve"> Kişisel verilerimin yurt içinde veya yurt dışında akt</w:t>
      </w:r>
      <w:r>
        <w:t>arıldığı üçüncü kişileri bilmek istiyorum.</w:t>
      </w:r>
    </w:p>
    <w:p w:rsidR="00D0111C" w:rsidRDefault="00F7527A">
      <w:r>
        <w:t>☐</w:t>
      </w:r>
      <w:r>
        <w:t xml:space="preserve"> Eksik veya yanlış işlenmiş kişisel verilerimin düzeltilmesini talep ediyorum.</w:t>
      </w:r>
    </w:p>
    <w:p w:rsidR="00D0111C" w:rsidRDefault="00F7527A">
      <w:r>
        <w:t>☐</w:t>
      </w:r>
      <w:r>
        <w:t xml:space="preserve"> Kanuni şartları oluşmuşsa kişisel verilerimin silinmesini/yok edilmesini talep ediyorum.</w:t>
      </w:r>
    </w:p>
    <w:p w:rsidR="00D0111C" w:rsidRDefault="00F7527A">
      <w:r>
        <w:lastRenderedPageBreak/>
        <w:t>☐</w:t>
      </w:r>
      <w:r>
        <w:t xml:space="preserve"> Düzeltilme/silinme/yok edilme işlemlerin</w:t>
      </w:r>
      <w:r>
        <w:t>in kişisel verilerimin aktarıldığı üçüncü kişilere bildirilmesini talep ediyorum.</w:t>
      </w:r>
    </w:p>
    <w:p w:rsidR="00D0111C" w:rsidRDefault="00F7527A">
      <w:r>
        <w:t>☐</w:t>
      </w:r>
      <w:r>
        <w:t xml:space="preserve"> İşlenen verilerimin münhasıran otomatik sistemler aracılığıyla analiz edilmesi sonucunda aleyhime bir sonuç doğmasına itiraz ediyorum.</w:t>
      </w:r>
    </w:p>
    <w:p w:rsidR="00D0111C" w:rsidRDefault="00F7527A">
      <w:r>
        <w:t>☐</w:t>
      </w:r>
      <w:r>
        <w:t xml:space="preserve"> Kanuna aykırı veri işlenmesi nedeni</w:t>
      </w:r>
      <w:r>
        <w:t>yle uğradığım zararın giderilmesini talep ediyorum.</w:t>
      </w:r>
    </w:p>
    <w:p w:rsidR="00D0111C" w:rsidRDefault="00F7527A">
      <w:r>
        <w:t>☐</w:t>
      </w:r>
      <w:r>
        <w:t xml:space="preserve"> Diğer: __________________________________________________</w:t>
      </w:r>
    </w:p>
    <w:p w:rsidR="00D0111C" w:rsidRDefault="00F7527A">
      <w:pPr>
        <w:pStyle w:val="Balk1"/>
      </w:pPr>
      <w:r>
        <w:t>4. Talebin Açıklaması</w:t>
      </w:r>
    </w:p>
    <w:p w:rsidR="00D0111C" w:rsidRDefault="00F7527A">
      <w:r>
        <w:t>Talebinizi açık ve ayrıntılı şekilde belirtiniz:</w:t>
      </w:r>
      <w:r>
        <w:br/>
      </w:r>
      <w:r>
        <w:br/>
        <w:t>____________________________________________________________________</w:t>
      </w:r>
      <w:r>
        <w:br/>
        <w:t>___</w:t>
      </w:r>
      <w:r>
        <w:t>_________________________________________________________________</w:t>
      </w:r>
      <w:r>
        <w:br/>
        <w:t>____________________________________________________________________</w:t>
      </w:r>
      <w:r>
        <w:br/>
        <w:t>____________________________________________________________________</w:t>
      </w:r>
    </w:p>
    <w:p w:rsidR="00D0111C" w:rsidRDefault="00F7527A">
      <w:pPr>
        <w:pStyle w:val="Balk1"/>
      </w:pPr>
      <w:r>
        <w:t>5. Cevap Yöntemi</w:t>
      </w:r>
    </w:p>
    <w:p w:rsidR="00D0111C" w:rsidRDefault="00F7527A">
      <w:r>
        <w:t xml:space="preserve">Başvuruma verilecek cevabın </w:t>
      </w:r>
      <w:r>
        <w:t>aşağıdaki yöntemlerden biriyle iletilmesini talep ediyorum:</w:t>
      </w:r>
      <w:r>
        <w:br/>
        <w:t>☐ E-posta</w:t>
      </w:r>
      <w:r>
        <w:br/>
        <w:t>☐ Posta / iadeli taahhütlü posta</w:t>
      </w:r>
      <w:r>
        <w:br/>
        <w:t>☐ Elden teslim</w:t>
      </w:r>
      <w:r>
        <w:br/>
        <w:t>☐ Diğer: ______________________________</w:t>
      </w:r>
    </w:p>
    <w:p w:rsidR="00D0111C" w:rsidRDefault="00F7527A">
      <w:pPr>
        <w:pStyle w:val="Balk1"/>
      </w:pPr>
      <w:r>
        <w:t>6. Başvuruya Eklenen Belgeler</w:t>
      </w:r>
    </w:p>
    <w:p w:rsidR="00D0111C" w:rsidRDefault="00F7527A">
      <w:r>
        <w:t>Kimlik doğrulaması veya başvurunun niteliği gerektirdiği ölçüde ek b</w:t>
      </w:r>
      <w:r>
        <w:t>elge sunulabilir. Vekil aracılığıyla yapılan başvurularda uygun vekâlet belgesinin sunulması gerekir. Gereksiz kişisel veri içeren belgeler eklenmemelidir.</w:t>
      </w:r>
      <w:r>
        <w:br/>
        <w:t>Ekler: ______________________________________________________________</w:t>
      </w:r>
    </w:p>
    <w:p w:rsidR="00D0111C" w:rsidRDefault="00F7527A">
      <w:pPr>
        <w:pStyle w:val="Balk1"/>
      </w:pPr>
      <w:r>
        <w:t>7. Beyan ve İmza</w:t>
      </w:r>
    </w:p>
    <w:p w:rsidR="00D0111C" w:rsidRDefault="00F7527A">
      <w:r>
        <w:t>Yukarıda beli</w:t>
      </w:r>
      <w:r>
        <w:t>rttiğim talebimin 6698 sayılı Kişisel Verilerin Korunması Kanunu ve ilgili ikincil mevzuat kapsamında değerlendirilmesini arz ederim. Başvuruda verdiğim bilgilerin, başvurunun kimliğimin doğrulanması ve sonuçlandırılması amacıyla işlenebileceğini biliyorum</w:t>
      </w:r>
      <w:r>
        <w:t>.</w:t>
      </w:r>
    </w:p>
    <w:p w:rsidR="00D0111C" w:rsidRDefault="00F7527A">
      <w:r>
        <w:t>Başvuru Tarihi: ____ / ____ / ______</w:t>
      </w:r>
      <w:r>
        <w:br/>
        <w:t>Ad Soyad: __________________________________</w:t>
      </w:r>
      <w:r>
        <w:br/>
        <w:t>İmza: _______________________________________</w:t>
      </w:r>
    </w:p>
    <w:p w:rsidR="00D0111C" w:rsidRDefault="00F7527A">
      <w:pPr>
        <w:pStyle w:val="Balk1"/>
      </w:pPr>
      <w:r>
        <w:t>8. Başvurunun İletilmesi</w:t>
      </w:r>
    </w:p>
    <w:p w:rsidR="00D0111C" w:rsidRDefault="00F7527A">
      <w:r>
        <w:t>Başvuru, mevzuatta öngörülen yöntemlerden uygun olanı kullanılarak veri sorumlusuna iletilmelidir. Gü</w:t>
      </w:r>
      <w:r>
        <w:t>ncel iletişim kanalları için: tokatdogallezzetler@gmail.com</w:t>
      </w:r>
      <w:r>
        <w:br/>
      </w:r>
      <w:r>
        <w:br/>
      </w:r>
      <w:proofErr w:type="spellStart"/>
      <w:r>
        <w:lastRenderedPageBreak/>
        <w:t>Başvuru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: </w:t>
      </w:r>
      <w:proofErr w:type="spellStart"/>
      <w:r w:rsidRPr="00F7527A">
        <w:t>Yeşilırmak</w:t>
      </w:r>
      <w:proofErr w:type="spellEnd"/>
      <w:r w:rsidRPr="00F7527A">
        <w:t xml:space="preserve"> </w:t>
      </w:r>
      <w:proofErr w:type="spellStart"/>
      <w:r w:rsidRPr="00F7527A">
        <w:t>mahallesi</w:t>
      </w:r>
      <w:proofErr w:type="spellEnd"/>
      <w:r w:rsidRPr="00F7527A">
        <w:t xml:space="preserve"> Bosna </w:t>
      </w:r>
      <w:proofErr w:type="spellStart"/>
      <w:r w:rsidRPr="00F7527A">
        <w:t>Üçüncü</w:t>
      </w:r>
      <w:proofErr w:type="spellEnd"/>
      <w:r w:rsidRPr="00F7527A">
        <w:t xml:space="preserve"> </w:t>
      </w:r>
      <w:proofErr w:type="spellStart"/>
      <w:r w:rsidRPr="00F7527A">
        <w:t>Sokak</w:t>
      </w:r>
      <w:proofErr w:type="spellEnd"/>
      <w:r w:rsidRPr="00F7527A">
        <w:t xml:space="preserve"> </w:t>
      </w:r>
      <w:proofErr w:type="spellStart"/>
      <w:r w:rsidRPr="00F7527A">
        <w:t>Kültür</w:t>
      </w:r>
      <w:proofErr w:type="spellEnd"/>
      <w:r w:rsidRPr="00F7527A">
        <w:t xml:space="preserve"> </w:t>
      </w:r>
      <w:proofErr w:type="spellStart"/>
      <w:r w:rsidRPr="00F7527A">
        <w:t>apartmanı</w:t>
      </w:r>
      <w:proofErr w:type="spellEnd"/>
      <w:r w:rsidRPr="00F7527A">
        <w:t xml:space="preserve"> no 18 kat:4 </w:t>
      </w:r>
      <w:proofErr w:type="spellStart"/>
      <w:r w:rsidRPr="00F7527A">
        <w:t>daire</w:t>
      </w:r>
      <w:proofErr w:type="spellEnd"/>
      <w:r w:rsidRPr="00F7527A">
        <w:t xml:space="preserve"> dokuz:9 </w:t>
      </w:r>
      <w:proofErr w:type="spellStart"/>
      <w:r w:rsidRPr="00F7527A">
        <w:t>Tokat</w:t>
      </w:r>
      <w:proofErr w:type="spellEnd"/>
      <w:r w:rsidRPr="00F7527A">
        <w:t>/</w:t>
      </w:r>
      <w:proofErr w:type="spellStart"/>
      <w:r w:rsidRPr="00F7527A">
        <w:t>Merkez</w:t>
      </w:r>
      <w:bookmarkStart w:id="0" w:name="_GoBack"/>
      <w:bookmarkEnd w:id="0"/>
      <w:proofErr w:type="spellEnd"/>
    </w:p>
    <w:p w:rsidR="00D0111C" w:rsidRDefault="00F7527A">
      <w:r>
        <w:t>Not: Bu form, başvurunun alınmasını kolaylaştırmak amacıyla hazırlanmış bir örnektir. Başvuru usulü ve zorunlu unsurlar, başvuru tarihinde yürürlükte bulunan</w:t>
      </w:r>
      <w:r>
        <w:t xml:space="preserve"> mevzuata göre uygulanır.</w:t>
      </w:r>
    </w:p>
    <w:sectPr w:rsidR="00D0111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5439"/>
    <w:rsid w:val="00AA1D8D"/>
    <w:rsid w:val="00B47730"/>
    <w:rsid w:val="00CB0664"/>
    <w:rsid w:val="00D0111C"/>
    <w:rsid w:val="00F752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E868E"/>
  <w14:defaultImageDpi w14:val="300"/>
  <w15:docId w15:val="{5BE732D9-C908-42C1-AEC4-4A6D2A371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F09920-E0AC-48DC-B876-492DC89B6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2026-09-18T21:10:00Z</dcterms:modified>
  <cp:category/>
</cp:coreProperties>
</file>