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E5D" w:rsidRDefault="004D7433">
      <w:pPr>
        <w:jc w:val="center"/>
        <w:rPr>
          <w:rFonts w:hint="eastAsia"/>
        </w:rPr>
      </w:pPr>
      <w:r>
        <w:rPr>
          <w:b/>
          <w:sz w:val="36"/>
        </w:rPr>
        <w:t>TOKAT DOĞAL LEZZETLER</w:t>
      </w:r>
    </w:p>
    <w:p w:rsidR="00C27E5D" w:rsidRDefault="004D7433">
      <w:pPr>
        <w:jc w:val="center"/>
        <w:rPr>
          <w:rFonts w:hint="eastAsia"/>
        </w:rPr>
      </w:pPr>
      <w:r>
        <w:rPr>
          <w:b/>
          <w:sz w:val="26"/>
        </w:rPr>
        <w:t>İLETİŞİM</w:t>
      </w:r>
    </w:p>
    <w:p w:rsidR="00C27E5D" w:rsidRDefault="00C27E5D">
      <w:pPr>
        <w:rPr>
          <w:rFonts w:hint="eastAsia"/>
        </w:rPr>
      </w:pPr>
    </w:p>
    <w:p w:rsidR="00C27E5D" w:rsidRDefault="004D7433">
      <w:pPr>
        <w:rPr>
          <w:rFonts w:hint="eastAsia"/>
        </w:rPr>
      </w:pPr>
      <w:r>
        <w:t>Son Güncelleme Tarihi: 18.09.2026</w:t>
      </w:r>
    </w:p>
    <w:p w:rsidR="00C27E5D" w:rsidRDefault="00C27E5D">
      <w:pPr>
        <w:rPr>
          <w:rFonts w:hint="eastAsia"/>
        </w:rPr>
      </w:pPr>
    </w:p>
    <w:p w:rsidR="00C27E5D" w:rsidRDefault="004D7433">
      <w:pPr>
        <w:rPr>
          <w:rFonts w:hint="eastAsia"/>
        </w:rPr>
      </w:pPr>
      <w:r>
        <w:t>Tokat Doğal Lezzetler’e ürünler, siparişler, teslimat, iade, ödeme ve diğer konular hakkında aşağıdaki kanallardan ulaşabilirsiniz.</w:t>
      </w:r>
    </w:p>
    <w:p w:rsidR="00C27E5D" w:rsidRDefault="00C27E5D">
      <w:pPr>
        <w:rPr>
          <w:rFonts w:hint="eastAsia"/>
        </w:rPr>
      </w:pPr>
    </w:p>
    <w:p w:rsidR="00C27E5D" w:rsidRDefault="004D7433">
      <w:pPr>
        <w:rPr>
          <w:rFonts w:hint="eastAsia"/>
        </w:rPr>
      </w:pPr>
      <w:r>
        <w:t>İşletme / Marka: Tokat Doğal Lezzetler</w:t>
      </w:r>
    </w:p>
    <w:p w:rsidR="00C27E5D" w:rsidRDefault="004D7433">
      <w:pPr>
        <w:rPr>
          <w:rFonts w:hint="eastAsia"/>
        </w:rPr>
      </w:pPr>
      <w:r>
        <w:t xml:space="preserve">İşletme Sahibi: </w:t>
      </w:r>
      <w:r>
        <w:t>Mualla Kılınç</w:t>
      </w:r>
    </w:p>
    <w:p w:rsidR="00C27E5D" w:rsidRDefault="004D7433">
      <w:pPr>
        <w:rPr>
          <w:rFonts w:hint="eastAsia"/>
        </w:rPr>
      </w:pPr>
      <w:r>
        <w:t>E-posta: tokatdogallezzetler@gmail.com</w:t>
      </w:r>
    </w:p>
    <w:p w:rsidR="00C27E5D" w:rsidRDefault="004D7433">
      <w:pPr>
        <w:rPr>
          <w:rFonts w:hint="eastAsia"/>
        </w:rPr>
      </w:pPr>
      <w:proofErr w:type="spellStart"/>
      <w:r>
        <w:t>Telefo</w:t>
      </w:r>
      <w:r w:rsidR="006B4A75">
        <w:t>n</w:t>
      </w:r>
      <w:proofErr w:type="spellEnd"/>
      <w:r w:rsidR="006B4A75">
        <w:t xml:space="preserve"> / WhatsApp: 05072145060</w:t>
      </w:r>
    </w:p>
    <w:p w:rsidR="00C27E5D" w:rsidRDefault="006B4A75">
      <w:pPr>
        <w:rPr>
          <w:rFonts w:hint="eastAsia"/>
        </w:rPr>
      </w:pPr>
      <w:proofErr w:type="spellStart"/>
      <w:r>
        <w:t>Adres</w:t>
      </w:r>
      <w:proofErr w:type="spellEnd"/>
      <w:r>
        <w:t xml:space="preserve">: </w:t>
      </w:r>
      <w:proofErr w:type="spellStart"/>
      <w:r w:rsidRPr="006B4A75">
        <w:t>Ye</w:t>
      </w:r>
      <w:r w:rsidRPr="006B4A75">
        <w:rPr>
          <w:rFonts w:hint="cs"/>
        </w:rPr>
        <w:t>ş</w:t>
      </w:r>
      <w:r w:rsidRPr="006B4A75">
        <w:t>il</w:t>
      </w:r>
      <w:r w:rsidRPr="006B4A75">
        <w:rPr>
          <w:rFonts w:hint="cs"/>
        </w:rPr>
        <w:t>ı</w:t>
      </w:r>
      <w:r w:rsidRPr="006B4A75">
        <w:t>rmak</w:t>
      </w:r>
      <w:proofErr w:type="spellEnd"/>
      <w:r w:rsidRPr="006B4A75">
        <w:t xml:space="preserve"> </w:t>
      </w:r>
      <w:proofErr w:type="spellStart"/>
      <w:r w:rsidRPr="006B4A75">
        <w:t>mahallesi</w:t>
      </w:r>
      <w:proofErr w:type="spellEnd"/>
      <w:r w:rsidRPr="006B4A75">
        <w:t xml:space="preserve"> Bosna </w:t>
      </w:r>
      <w:proofErr w:type="spellStart"/>
      <w:r w:rsidRPr="006B4A75">
        <w:rPr>
          <w:rFonts w:hint="cs"/>
        </w:rPr>
        <w:t>Üçü</w:t>
      </w:r>
      <w:r w:rsidRPr="006B4A75">
        <w:t>nc</w:t>
      </w:r>
      <w:r w:rsidRPr="006B4A75">
        <w:rPr>
          <w:rFonts w:hint="cs"/>
        </w:rPr>
        <w:t>ü</w:t>
      </w:r>
      <w:proofErr w:type="spellEnd"/>
      <w:r w:rsidRPr="006B4A75">
        <w:t xml:space="preserve"> </w:t>
      </w:r>
      <w:proofErr w:type="spellStart"/>
      <w:r w:rsidRPr="006B4A75">
        <w:t>Sokak</w:t>
      </w:r>
      <w:proofErr w:type="spellEnd"/>
      <w:r w:rsidRPr="006B4A75">
        <w:t xml:space="preserve"> </w:t>
      </w:r>
      <w:proofErr w:type="spellStart"/>
      <w:r w:rsidRPr="006B4A75">
        <w:t>K</w:t>
      </w:r>
      <w:r w:rsidRPr="006B4A75">
        <w:rPr>
          <w:rFonts w:hint="cs"/>
        </w:rPr>
        <w:t>ü</w:t>
      </w:r>
      <w:r w:rsidRPr="006B4A75">
        <w:t>lt</w:t>
      </w:r>
      <w:r w:rsidRPr="006B4A75">
        <w:rPr>
          <w:rFonts w:hint="cs"/>
        </w:rPr>
        <w:t>ü</w:t>
      </w:r>
      <w:r w:rsidRPr="006B4A75">
        <w:t>r</w:t>
      </w:r>
      <w:proofErr w:type="spellEnd"/>
      <w:r w:rsidRPr="006B4A75">
        <w:t xml:space="preserve"> </w:t>
      </w:r>
      <w:proofErr w:type="spellStart"/>
      <w:r w:rsidRPr="006B4A75">
        <w:t>apartman</w:t>
      </w:r>
      <w:r w:rsidRPr="006B4A75">
        <w:rPr>
          <w:rFonts w:hint="cs"/>
        </w:rPr>
        <w:t>ı</w:t>
      </w:r>
      <w:proofErr w:type="spellEnd"/>
      <w:r w:rsidRPr="006B4A75">
        <w:t xml:space="preserve"> no 18 kat:4 </w:t>
      </w:r>
      <w:proofErr w:type="spellStart"/>
      <w:r w:rsidRPr="006B4A75">
        <w:t>daire</w:t>
      </w:r>
      <w:proofErr w:type="spellEnd"/>
      <w:r w:rsidRPr="006B4A75">
        <w:t xml:space="preserve"> dokuz:9 </w:t>
      </w:r>
      <w:proofErr w:type="spellStart"/>
      <w:r w:rsidRPr="006B4A75">
        <w:t>Tokat</w:t>
      </w:r>
      <w:proofErr w:type="spellEnd"/>
      <w:r w:rsidRPr="006B4A75">
        <w:t>/</w:t>
      </w:r>
      <w:proofErr w:type="spellStart"/>
      <w:r w:rsidRPr="006B4A75">
        <w:t>Merkez</w:t>
      </w:r>
      <w:bookmarkStart w:id="0" w:name="_GoBack"/>
      <w:bookmarkEnd w:id="0"/>
      <w:proofErr w:type="spellEnd"/>
    </w:p>
    <w:p w:rsidR="00C27E5D" w:rsidRDefault="004D7433">
      <w:pPr>
        <w:rPr>
          <w:rFonts w:hint="eastAsia"/>
        </w:rPr>
      </w:pPr>
      <w:r>
        <w:t>Web: www.tokatdoğallezzetler.com</w:t>
      </w:r>
    </w:p>
    <w:p w:rsidR="00C27E5D" w:rsidRDefault="004D7433">
      <w:pPr>
        <w:rPr>
          <w:rFonts w:hint="eastAsia"/>
        </w:rPr>
      </w:pPr>
      <w:r>
        <w:t>Instagram: @tokat_dogal_lezzetler</w:t>
      </w:r>
    </w:p>
    <w:p w:rsidR="00C27E5D" w:rsidRDefault="00C27E5D">
      <w:pPr>
        <w:rPr>
          <w:rFonts w:hint="eastAsia"/>
        </w:rPr>
      </w:pPr>
    </w:p>
    <w:p w:rsidR="00C27E5D" w:rsidRDefault="004D7433">
      <w:pPr>
        <w:rPr>
          <w:rFonts w:hint="eastAsia"/>
        </w:rPr>
      </w:pPr>
      <w:r>
        <w:t>SİPARİŞ VE DESTEK</w:t>
      </w:r>
    </w:p>
    <w:p w:rsidR="00C27E5D" w:rsidRDefault="004D7433">
      <w:pPr>
        <w:rPr>
          <w:rFonts w:hint="eastAsia"/>
        </w:rPr>
      </w:pPr>
      <w:r>
        <w:t>Sipariş numaranızı belirterek ürün, ödeme, kargo,</w:t>
      </w:r>
      <w:r>
        <w:t xml:space="preserve"> teslimat, iade veya değişim taleplerinizi e-posta ya da telefon/WhatsApp üzerinden iletebilirsiniz.</w:t>
      </w:r>
    </w:p>
    <w:p w:rsidR="00C27E5D" w:rsidRDefault="00C27E5D">
      <w:pPr>
        <w:rPr>
          <w:rFonts w:hint="eastAsia"/>
        </w:rPr>
      </w:pPr>
    </w:p>
    <w:p w:rsidR="00C27E5D" w:rsidRDefault="004D7433">
      <w:pPr>
        <w:rPr>
          <w:rFonts w:hint="eastAsia"/>
        </w:rPr>
      </w:pPr>
      <w:r>
        <w:t>ÖDEME GÜVENLİĞİ</w:t>
      </w:r>
    </w:p>
    <w:p w:rsidR="00C27E5D" w:rsidRDefault="004D7433">
      <w:pPr>
        <w:rPr>
          <w:rFonts w:hint="eastAsia"/>
        </w:rPr>
      </w:pPr>
      <w:r>
        <w:t>Online kart ödemelerinde PayTR ve/veya ilgili ödeme hizmet sağlayıcısının altyapısı kullanılabilir. Kart şifresi, internet bankacılığı şif</w:t>
      </w:r>
      <w:r>
        <w:t>resi veya CVV/CVC gibi güvenlik bilgilerini bize göndermeyiniz.</w:t>
      </w:r>
    </w:p>
    <w:p w:rsidR="00C27E5D" w:rsidRDefault="00C27E5D">
      <w:pPr>
        <w:rPr>
          <w:rFonts w:hint="eastAsia"/>
        </w:rPr>
      </w:pPr>
    </w:p>
    <w:p w:rsidR="00C27E5D" w:rsidRDefault="004D7433">
      <w:pPr>
        <w:rPr>
          <w:rFonts w:hint="eastAsia"/>
        </w:rPr>
      </w:pPr>
      <w:r>
        <w:t>KVKK BAŞVURULARI</w:t>
      </w:r>
    </w:p>
    <w:p w:rsidR="00C27E5D" w:rsidRDefault="004D7433">
      <w:pPr>
        <w:rPr>
          <w:rFonts w:hint="eastAsia"/>
        </w:rPr>
      </w:pPr>
      <w:r>
        <w:t>Kişisel veri kapsamındaki talepler için KVKK Aydınlatma Metni’nde belirtilen başvuru kanallarını kullanabilirsiniz.</w:t>
      </w:r>
    </w:p>
    <w:sectPr w:rsidR="00C27E5D" w:rsidSect="00034616">
      <w:footerReference w:type="default" r:id="rId8"/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433" w:rsidRDefault="004D743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4D7433" w:rsidRDefault="004D743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5D" w:rsidRDefault="004D7433">
    <w:pPr>
      <w:pStyle w:val="AltBilgi"/>
      <w:jc w:val="center"/>
      <w:rPr>
        <w:rFonts w:hint="eastAsia"/>
      </w:rPr>
    </w:pPr>
    <w:r>
      <w:rPr>
        <w:sz w:val="16"/>
      </w:rPr>
      <w:t>Tokat Doğal Lezzetler • 18.09.2026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433" w:rsidRDefault="004D743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4D7433" w:rsidRDefault="004D743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7433"/>
    <w:rsid w:val="006B4A75"/>
    <w:rsid w:val="00AA1D8D"/>
    <w:rsid w:val="00B47730"/>
    <w:rsid w:val="00C27E5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E452D8"/>
  <w14:defaultImageDpi w14:val="300"/>
  <w15:docId w15:val="{41F64199-1E61-428A-99DE-583A7587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1D3362-9182-4715-A309-35B16AB00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2013-12-23T23:15:00Z</dcterms:created>
  <dcterms:modified xsi:type="dcterms:W3CDTF">2026-09-18T21:07:00Z</dcterms:modified>
  <cp:category/>
</cp:coreProperties>
</file>